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LOCATION DE TERRAIN AGRICOLE</w:t>
      </w:r>
    </w:p>
    <w:p/>
    <w:p>
      <w:r>
        <w:rPr>
          <w:b w:val="0"/>
          <w:sz w:val="20"/>
        </w:rPr>
        <w:t>Lieu : ____________________________</w:t>
      </w:r>
    </w:p>
    <w:p/>
    <w:p>
      <w:r>
        <w:rPr>
          <w:b/>
          <w:sz w:val="20"/>
        </w:rPr>
        <w:t>Données du Bailleur :</w:t>
      </w:r>
    </w:p>
    <w:p>
      <w:r>
        <w:rPr>
          <w:b w:val="0"/>
          <w:sz w:val="20"/>
        </w:rPr>
        <w:t>Nom et Prénom ou raison sociale : 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</w:t>
      </w:r>
    </w:p>
    <w:p/>
    <w:p>
      <w:r>
        <w:rPr>
          <w:b/>
          <w:sz w:val="20"/>
        </w:rPr>
        <w:t>Données du Preneur :</w:t>
      </w:r>
    </w:p>
    <w:p>
      <w:r>
        <w:rPr>
          <w:b w:val="0"/>
          <w:sz w:val="20"/>
        </w:rPr>
        <w:t>Nom et Prénom ou raison sociale : 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</w:t>
      </w:r>
    </w:p>
    <w:p/>
    <w:p>
      <w:r>
        <w:rPr>
          <w:b/>
          <w:sz w:val="20"/>
        </w:rPr>
        <w:t>Description du Terrain Loué :</w:t>
      </w:r>
    </w:p>
    <w:p>
      <w:r>
        <w:rPr>
          <w:b w:val="0"/>
          <w:sz w:val="20"/>
        </w:rPr>
        <w:t>Adresse et localisation : ____________________________________________</w:t>
      </w:r>
    </w:p>
    <w:p>
      <w:r>
        <w:rPr>
          <w:b w:val="0"/>
          <w:sz w:val="20"/>
        </w:rPr>
        <w:t>Superficie : ________________ hectares</w:t>
      </w:r>
    </w:p>
    <w:p>
      <w:r>
        <w:rPr>
          <w:b w:val="0"/>
          <w:sz w:val="20"/>
        </w:rPr>
        <w:t>Limites et délimitations : ___________________________________________</w:t>
      </w:r>
    </w:p>
    <w:p>
      <w:r>
        <w:rPr>
          <w:b w:val="0"/>
          <w:sz w:val="20"/>
        </w:rPr>
        <w:t>Numéro de parcelle cadastrale : ______________________________________</w:t>
      </w:r>
    </w:p>
    <w:p>
      <w:r>
        <w:rPr>
          <w:b w:val="0"/>
          <w:sz w:val="20"/>
        </w:rPr>
        <w:t>État du terrain à la prise de possession : ___________________________</w:t>
      </w:r>
    </w:p>
    <w:p/>
    <w:p>
      <w:r>
        <w:rPr>
          <w:b/>
          <w:sz w:val="20"/>
        </w:rPr>
        <w:t>Durée du Contrat et Usage :</w:t>
      </w:r>
    </w:p>
    <w:p>
      <w:r>
        <w:rPr>
          <w:b w:val="0"/>
          <w:sz w:val="20"/>
        </w:rPr>
        <w:t>Durée de la location : __________________ à compter de la signature</w:t>
      </w:r>
    </w:p>
    <w:p>
      <w:r>
        <w:rPr>
          <w:b w:val="0"/>
          <w:sz w:val="20"/>
        </w:rPr>
        <w:t>Usage autorisé : Exploitation agricole exclusive, sous réserve des réglements en vigueur</w:t>
      </w:r>
    </w:p>
    <w:p>
      <w:r>
        <w:rPr>
          <w:b w:val="0"/>
          <w:sz w:val="20"/>
        </w:rPr>
        <w:t>Le Preneur s’engage à ne pas changer l’usage du terrain sans accord écrit du Bailleur.</w:t>
      </w:r>
    </w:p>
    <w:p/>
    <w:p>
      <w:r>
        <w:rPr>
          <w:b/>
          <w:sz w:val="20"/>
        </w:rPr>
        <w:t>Loyer et Modalités de Paiement :</w:t>
      </w:r>
    </w:p>
    <w:p>
      <w:r>
        <w:rPr>
          <w:b w:val="0"/>
          <w:sz w:val="20"/>
        </w:rPr>
        <w:t>Montant du loyer annuel : ____________________ EUR</w:t>
      </w:r>
    </w:p>
    <w:p>
      <w:r>
        <w:rPr>
          <w:b w:val="0"/>
          <w:sz w:val="20"/>
        </w:rPr>
        <w:t>Modalités de paiement : ______________________________________________</w:t>
      </w:r>
    </w:p>
    <w:p>
      <w:r>
        <w:rPr>
          <w:b w:val="0"/>
          <w:sz w:val="20"/>
        </w:rPr>
        <w:t>Le loyer est payable en une seule fois avant le _______________ de chaque année.</w:t>
      </w:r>
    </w:p>
    <w:p/>
    <w:p>
      <w:r>
        <w:rPr>
          <w:b/>
          <w:sz w:val="20"/>
        </w:rPr>
        <w:t>Dépôt de Garantie :</w:t>
      </w:r>
    </w:p>
    <w:p>
      <w:r>
        <w:rPr>
          <w:b w:val="0"/>
          <w:sz w:val="20"/>
        </w:rPr>
        <w:t>Le Preneur verse un dépôt de garantie d’un montant de __________________ EUR, restitué à la fin du contrat sous réserve de l’état des lieux.</w:t>
      </w:r>
    </w:p>
    <w:p/>
    <w:p>
      <w:r>
        <w:rPr>
          <w:b/>
          <w:sz w:val="20"/>
        </w:rPr>
        <w:t>Obligations du Bailleur :</w:t>
      </w:r>
    </w:p>
    <w:p>
      <w:r>
        <w:rPr>
          <w:b w:val="0"/>
          <w:sz w:val="20"/>
        </w:rPr>
        <w:t>- Livrer le terrain en état d’usage conforme à l’exploitation agricole.</w:t>
      </w:r>
    </w:p>
    <w:p>
      <w:r>
        <w:rPr>
          <w:b w:val="0"/>
          <w:sz w:val="20"/>
        </w:rPr>
        <w:t>- Garantir la jouissance paisible du terrain pendant toute la durée du bail.</w:t>
      </w:r>
    </w:p>
    <w:p>
      <w:r>
        <w:rPr>
          <w:b w:val="0"/>
          <w:sz w:val="20"/>
        </w:rPr>
        <w:t>- Assurer la conformité du terrain aux normes d’urbanisme et environnementales.</w:t>
      </w:r>
    </w:p>
    <w:p/>
    <w:p>
      <w:r>
        <w:rPr>
          <w:b/>
          <w:sz w:val="20"/>
        </w:rPr>
        <w:t>Obligations du Preneur :</w:t>
      </w:r>
    </w:p>
    <w:p>
      <w:r>
        <w:rPr>
          <w:b w:val="0"/>
          <w:sz w:val="20"/>
        </w:rPr>
        <w:t>- Utiliser le terrain conformément à sa destination agricole.</w:t>
      </w:r>
    </w:p>
    <w:p>
      <w:r>
        <w:rPr>
          <w:b w:val="0"/>
          <w:sz w:val="20"/>
        </w:rPr>
        <w:t>- Entretenir le terrain et respecter les règles d’hygiène et de sécurité.</w:t>
      </w:r>
    </w:p>
    <w:p>
      <w:r>
        <w:rPr>
          <w:b w:val="0"/>
          <w:sz w:val="20"/>
        </w:rPr>
        <w:t>- Ne pas sous-louer ni céder le contrat sans l’accord écrit du Bailleur.</w:t>
      </w:r>
    </w:p>
    <w:p>
      <w:r>
        <w:rPr>
          <w:b w:val="0"/>
          <w:sz w:val="20"/>
        </w:rPr>
        <w:t>- Ne pas pratiquer d’activités nuisibles ou interdites par la loi.</w:t>
      </w:r>
    </w:p>
    <w:p/>
    <w:p>
      <w:r>
        <w:rPr>
          <w:b/>
          <w:sz w:val="20"/>
        </w:rPr>
        <w:t>Entretien et Réparations :</w:t>
      </w:r>
    </w:p>
    <w:p>
      <w:r>
        <w:rPr>
          <w:b w:val="0"/>
          <w:sz w:val="20"/>
        </w:rPr>
        <w:t>Le Preneur est responsable de l’entretien courant du terrain.</w:t>
      </w:r>
    </w:p>
    <w:p>
      <w:r>
        <w:rPr>
          <w:b w:val="0"/>
          <w:sz w:val="20"/>
        </w:rPr>
        <w:t>Les grosses réparations restent à la charge du Bailleur sauf dégradation imputable au Preneur.</w:t>
      </w:r>
    </w:p>
    <w:p/>
    <w:p>
      <w:r>
        <w:rPr>
          <w:b/>
          <w:sz w:val="20"/>
        </w:rPr>
        <w:t>Résiliation du Contrat :</w:t>
      </w:r>
    </w:p>
    <w:p>
      <w:r>
        <w:rPr>
          <w:b w:val="0"/>
          <w:sz w:val="20"/>
        </w:rPr>
        <w:t>Chaque partie peut résilier le contrat avec un préavis de trois mois, notifié par lettre recommandée avec accusé de réception.</w:t>
      </w:r>
    </w:p>
    <w:p>
      <w:r>
        <w:rPr>
          <w:b w:val="0"/>
          <w:sz w:val="20"/>
        </w:rPr>
        <w:t>La résiliation peut intervenir d’un commun accord à tout moment.</w:t>
      </w:r>
    </w:p>
    <w:p/>
    <w:p>
      <w:r>
        <w:rPr>
          <w:b/>
          <w:sz w:val="20"/>
        </w:rPr>
        <w:t>État des Lieux :</w:t>
      </w:r>
    </w:p>
    <w:p>
      <w:r>
        <w:rPr>
          <w:b w:val="0"/>
          <w:sz w:val="20"/>
        </w:rPr>
        <w:t>Un état des lieux contradictoire sera établi lors de la remise des clés et à la restitution du terrain.</w:t>
      </w:r>
    </w:p>
    <w:p>
      <w:r>
        <w:rPr>
          <w:b w:val="0"/>
          <w:sz w:val="20"/>
        </w:rPr>
        <w:t>Tout dommage non justifié sera déduit du dépôt de garantie.</w:t>
      </w:r>
    </w:p>
    <w:p/>
    <w:p>
      <w:r>
        <w:rPr>
          <w:b/>
          <w:sz w:val="20"/>
        </w:rPr>
        <w:t>Assurances :</w:t>
      </w:r>
    </w:p>
    <w:p>
      <w:r>
        <w:rPr>
          <w:b w:val="0"/>
          <w:sz w:val="20"/>
        </w:rPr>
        <w:t>Le Preneur s’engage à souscrire une assurance responsabilité civile couvrant l’exploitation du terrain agricole.</w:t>
      </w:r>
    </w:p>
    <w:p>
      <w:r>
        <w:rPr>
          <w:b w:val="0"/>
          <w:sz w:val="20"/>
        </w:rPr>
        <w:t>Le Bailleur décline toute responsabilité en cas de sinistre non couvert par le Preneur.</w:t>
      </w:r>
    </w:p>
    <w:p/>
    <w:p>
      <w:r>
        <w:rPr>
          <w:b/>
          <w:sz w:val="20"/>
        </w:rPr>
        <w:t>Litiges et Juridiction :</w:t>
      </w:r>
    </w:p>
    <w:p>
      <w:r>
        <w:rPr>
          <w:b w:val="0"/>
          <w:sz w:val="20"/>
        </w:rPr>
        <w:t>Tout différend relatif au présent contrat sera soumis au tribunal compétent du lieu de situation du terrain.</w:t>
      </w:r>
    </w:p>
    <w:p>
      <w:r>
        <w:rPr>
          <w:b w:val="0"/>
          <w:sz w:val="20"/>
        </w:rPr>
        <w:t>Les parties s’engagent à tenter une résolution amiable avant toute procédure judiciaire.</w:t>
      </w:r>
    </w:p>
    <w:p/>
    <w:p/>
    <w:p>
      <w:r>
        <w:rPr>
          <w:b w:val="0"/>
          <w:sz w:val="20"/>
        </w:rPr>
        <w:t>Lieu de la signature 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BAILLEUR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PRENEUR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https://juridique-logement.com/contrat-de-location-terrain-agricole/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https://juridique-logement.com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juridique-logement.com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logement.com/contrat-de-location-terrain-agricole/" TargetMode="External"/><Relationship Id="rId10" Type="http://schemas.openxmlformats.org/officeDocument/2006/relationships/hyperlink" Target="https://juridique-logeme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